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818CD8" w14:textId="619C4148" w:rsidR="009B34B2" w:rsidRPr="00880BF6" w:rsidRDefault="002118EC">
      <w:pPr>
        <w:pStyle w:val="Nagwek1"/>
        <w:rPr>
          <w:b w:val="0"/>
          <w:lang w:val="pl-PL"/>
        </w:rPr>
      </w:pPr>
      <w:bookmarkStart w:id="0" w:name="_GoBack"/>
      <w:bookmarkEnd w:id="0"/>
      <w:r w:rsidRPr="00880BF6">
        <w:rPr>
          <w:b w:val="0"/>
          <w:lang w:val="pl-PL"/>
        </w:rPr>
        <w:t xml:space="preserve"> </w:t>
      </w:r>
      <w:r w:rsidR="00D86E0C" w:rsidRPr="00880BF6">
        <w:rPr>
          <w:b w:val="0"/>
          <w:lang w:val="pl-PL"/>
        </w:rPr>
        <w:t xml:space="preserve">Instrukcja </w:t>
      </w:r>
      <w:r w:rsidR="009D1205" w:rsidRPr="00880BF6">
        <w:rPr>
          <w:b w:val="0"/>
          <w:lang w:val="pl-PL"/>
        </w:rPr>
        <w:t>dla Wnioskodawcy – Publikacja artykułu w czasopiśmie</w:t>
      </w:r>
    </w:p>
    <w:p w14:paraId="68C2B399" w14:textId="77777777" w:rsidR="00CC51E0" w:rsidRDefault="008B6F00">
      <w:pPr>
        <w:pStyle w:val="Nagwek2"/>
        <w:rPr>
          <w:color w:val="auto"/>
          <w:lang w:val="pl-PL"/>
        </w:rPr>
      </w:pPr>
      <w:r w:rsidRPr="00880BF6">
        <w:rPr>
          <w:color w:val="auto"/>
          <w:lang w:val="pl-PL"/>
        </w:rPr>
        <w:t xml:space="preserve">Złożenie wniosku w systemie SAP ERP musi nastąpić nie później niż 14 dni od zgłoszenia artykułu lub zaakceptowania artykułu do opublikowania przez czasopismo naukowe, w zależności od tego, który z tych dwóch punktów stanowi o zawarciu zobowiązania finansowego (udzieleniu zamówienia). </w:t>
      </w:r>
    </w:p>
    <w:p w14:paraId="5E0504A5" w14:textId="3A3A4701" w:rsidR="008B6F00" w:rsidRPr="00CC51E0" w:rsidRDefault="008B6F00">
      <w:pPr>
        <w:pStyle w:val="Nagwek2"/>
        <w:rPr>
          <w:b w:val="0"/>
          <w:color w:val="auto"/>
          <w:lang w:val="pl-PL"/>
        </w:rPr>
      </w:pPr>
      <w:r w:rsidRPr="00CC51E0">
        <w:rPr>
          <w:b w:val="0"/>
          <w:color w:val="auto"/>
          <w:lang w:val="pl-PL"/>
        </w:rPr>
        <w:t xml:space="preserve">Podstawa prawna: § 2 ust. 6 </w:t>
      </w:r>
      <w:r w:rsidR="003014B2" w:rsidRPr="00CC51E0">
        <w:rPr>
          <w:b w:val="0"/>
          <w:color w:val="auto"/>
          <w:lang w:val="pl-PL"/>
        </w:rPr>
        <w:t>Pisma okólnego nr 2 Prorektora ds. Finansów Uniwersytetu Śląskiego w Katowicach z dnia 25 czerwca 2026 r. w sprawie procedury wprowadzania danych dotyczących umów w systemie SAP ERP na potrzeby ich udostępniania w Centralnym Rejestrze Umów JSFP</w:t>
      </w:r>
      <w:r w:rsidRPr="00CC51E0">
        <w:rPr>
          <w:b w:val="0"/>
          <w:color w:val="auto"/>
          <w:lang w:val="pl-PL"/>
        </w:rPr>
        <w:t xml:space="preserve">: „W sytuacjach, o których mowa w ust. 5 zdanie ostatnie, </w:t>
      </w:r>
      <w:r w:rsidRPr="00CC51E0">
        <w:rPr>
          <w:b w:val="0"/>
          <w:color w:val="auto"/>
          <w:u w:val="single"/>
          <w:lang w:val="pl-PL"/>
        </w:rPr>
        <w:t>przekazanie umowy lub informacji powodującej konieczność aktualizacji informacji o umowie do jednostki udostępniającej dane w CRU JSFP za pośrednictwem SAP ERP, następuje nie później niż w terminie 14 dni</w:t>
      </w:r>
      <w:r w:rsidRPr="00CC51E0">
        <w:rPr>
          <w:b w:val="0"/>
          <w:color w:val="auto"/>
          <w:lang w:val="pl-PL"/>
        </w:rPr>
        <w:t>, odpowiednio od daty zawarcia umowy lub od daty wystąpienia zdarzenia powodującego konieczność aktualizacji informacji o umowie</w:t>
      </w:r>
      <w:r w:rsidR="00DF2C43" w:rsidRPr="00CC51E0">
        <w:rPr>
          <w:b w:val="0"/>
          <w:color w:val="auto"/>
          <w:lang w:val="pl-PL"/>
        </w:rPr>
        <w:t>”</w:t>
      </w:r>
      <w:r w:rsidRPr="00CC51E0">
        <w:rPr>
          <w:b w:val="0"/>
          <w:color w:val="auto"/>
          <w:lang w:val="pl-PL"/>
        </w:rPr>
        <w:t>.</w:t>
      </w:r>
      <w:r w:rsidRPr="00CC51E0">
        <w:rPr>
          <w:b w:val="0"/>
          <w:color w:val="auto"/>
          <w:lang w:val="pl-PL"/>
        </w:rPr>
        <w:br/>
      </w:r>
    </w:p>
    <w:p w14:paraId="01902768" w14:textId="77777777" w:rsidR="009B34B2" w:rsidRPr="00880BF6" w:rsidRDefault="009D1205">
      <w:pPr>
        <w:pStyle w:val="Nagwek2"/>
        <w:rPr>
          <w:lang w:val="pl-PL"/>
        </w:rPr>
      </w:pPr>
      <w:r w:rsidRPr="00880BF6">
        <w:rPr>
          <w:lang w:val="pl-PL"/>
        </w:rPr>
        <w:t>PRZED ZŁOŻENIEM WNIOSKU:</w:t>
      </w:r>
    </w:p>
    <w:p w14:paraId="12445EC1" w14:textId="77777777" w:rsidR="009B34B2" w:rsidRPr="00880BF6" w:rsidRDefault="009D1205">
      <w:pPr>
        <w:rPr>
          <w:lang w:val="pl-PL"/>
        </w:rPr>
      </w:pPr>
      <w:r w:rsidRPr="00880BF6">
        <w:rPr>
          <w:lang w:val="pl-PL"/>
        </w:rPr>
        <w:t>1. Zbierz wszystkie dane:</w:t>
      </w:r>
    </w:p>
    <w:p w14:paraId="63F3DEC4" w14:textId="5227BD46" w:rsidR="001139B6" w:rsidRPr="00880BF6" w:rsidRDefault="008B6F00" w:rsidP="008B6F00">
      <w:pPr>
        <w:pStyle w:val="Listapunktowana"/>
        <w:numPr>
          <w:ilvl w:val="0"/>
          <w:numId w:val="11"/>
        </w:numPr>
        <w:rPr>
          <w:lang w:val="pl-PL"/>
        </w:rPr>
      </w:pPr>
      <w:r w:rsidRPr="00880BF6">
        <w:rPr>
          <w:lang w:val="pl-PL"/>
        </w:rPr>
        <w:t>potwierdzenie zgłoszenia artykułu do czasopisma i/lub jego akceptacji oraz informacji o wysokości opłaty za publikację (w przypadku braku takiego zamówienia – oświadczenie autora o braku takiej procedury w czasopiśmie)</w:t>
      </w:r>
    </w:p>
    <w:p w14:paraId="1DB5E394" w14:textId="77777777" w:rsidR="009B34B2" w:rsidRPr="00880BF6" w:rsidRDefault="009D1205" w:rsidP="008B6F00">
      <w:pPr>
        <w:pStyle w:val="Listapunktowana"/>
        <w:numPr>
          <w:ilvl w:val="0"/>
          <w:numId w:val="11"/>
        </w:numPr>
        <w:rPr>
          <w:lang w:val="pl-PL"/>
        </w:rPr>
      </w:pPr>
      <w:r w:rsidRPr="00880BF6">
        <w:rPr>
          <w:lang w:val="pl-PL"/>
        </w:rPr>
        <w:t>Tytuł artykułu</w:t>
      </w:r>
    </w:p>
    <w:p w14:paraId="65E862CE" w14:textId="77777777" w:rsidR="009B34B2" w:rsidRPr="00880BF6" w:rsidRDefault="009D1205" w:rsidP="008B6F00">
      <w:pPr>
        <w:pStyle w:val="Listapunktowana"/>
        <w:numPr>
          <w:ilvl w:val="0"/>
          <w:numId w:val="11"/>
        </w:numPr>
        <w:rPr>
          <w:lang w:val="pl-PL"/>
        </w:rPr>
      </w:pPr>
      <w:r w:rsidRPr="00880BF6">
        <w:rPr>
          <w:lang w:val="pl-PL"/>
        </w:rPr>
        <w:t>Imię i nazwisko autora</w:t>
      </w:r>
      <w:r w:rsidR="00051696" w:rsidRPr="00880BF6">
        <w:rPr>
          <w:lang w:val="pl-PL"/>
        </w:rPr>
        <w:t>/autorów</w:t>
      </w:r>
    </w:p>
    <w:p w14:paraId="1F2361F6" w14:textId="77777777" w:rsidR="009B34B2" w:rsidRPr="00880BF6" w:rsidRDefault="009D1205" w:rsidP="008B6F00">
      <w:pPr>
        <w:pStyle w:val="Listapunktowana"/>
        <w:numPr>
          <w:ilvl w:val="0"/>
          <w:numId w:val="11"/>
        </w:numPr>
        <w:rPr>
          <w:lang w:val="pl-PL"/>
        </w:rPr>
      </w:pPr>
      <w:r w:rsidRPr="00880BF6">
        <w:rPr>
          <w:lang w:val="pl-PL"/>
        </w:rPr>
        <w:t>Nazwa czasopisma</w:t>
      </w:r>
    </w:p>
    <w:p w14:paraId="2B71EE23" w14:textId="77777777" w:rsidR="009B34B2" w:rsidRPr="00880BF6" w:rsidRDefault="009D1205" w:rsidP="008B6F00">
      <w:pPr>
        <w:pStyle w:val="Listapunktowana"/>
        <w:numPr>
          <w:ilvl w:val="0"/>
          <w:numId w:val="11"/>
        </w:numPr>
        <w:rPr>
          <w:lang w:val="pl-PL"/>
        </w:rPr>
      </w:pPr>
      <w:r w:rsidRPr="00880BF6">
        <w:rPr>
          <w:lang w:val="pl-PL"/>
        </w:rPr>
        <w:t>Numer ISSN</w:t>
      </w:r>
    </w:p>
    <w:p w14:paraId="4CC99167" w14:textId="77777777" w:rsidR="009B34B2" w:rsidRPr="00880BF6" w:rsidRDefault="009D1205" w:rsidP="008B6F00">
      <w:pPr>
        <w:pStyle w:val="Listapunktowana"/>
        <w:numPr>
          <w:ilvl w:val="0"/>
          <w:numId w:val="11"/>
        </w:numPr>
        <w:rPr>
          <w:lang w:val="pl-PL"/>
        </w:rPr>
      </w:pPr>
      <w:r w:rsidRPr="00880BF6">
        <w:rPr>
          <w:lang w:val="pl-PL"/>
        </w:rPr>
        <w:t xml:space="preserve">Punktacja czasopisma (lista </w:t>
      </w:r>
      <w:proofErr w:type="spellStart"/>
      <w:r w:rsidRPr="00880BF6">
        <w:rPr>
          <w:lang w:val="pl-PL"/>
        </w:rPr>
        <w:t>MEiN</w:t>
      </w:r>
      <w:proofErr w:type="spellEnd"/>
      <w:r w:rsidRPr="00880BF6">
        <w:rPr>
          <w:lang w:val="pl-PL"/>
        </w:rPr>
        <w:t>)</w:t>
      </w:r>
    </w:p>
    <w:p w14:paraId="6BDBEA57" w14:textId="77777777" w:rsidR="009B34B2" w:rsidRPr="00880BF6" w:rsidRDefault="009D1205" w:rsidP="008B6F00">
      <w:pPr>
        <w:pStyle w:val="Listapunktowana"/>
        <w:numPr>
          <w:ilvl w:val="0"/>
          <w:numId w:val="11"/>
        </w:numPr>
        <w:rPr>
          <w:lang w:val="pl-PL"/>
        </w:rPr>
      </w:pPr>
      <w:r w:rsidRPr="00880BF6">
        <w:rPr>
          <w:lang w:val="pl-PL"/>
        </w:rPr>
        <w:t>Dyscyplina naukowa oraz jej wartość progowa punktacji</w:t>
      </w:r>
    </w:p>
    <w:p w14:paraId="6EBA0835" w14:textId="77777777" w:rsidR="009B34B2" w:rsidRPr="00880BF6" w:rsidRDefault="009D1205" w:rsidP="008B6F00">
      <w:pPr>
        <w:pStyle w:val="Listapunktowana"/>
        <w:numPr>
          <w:ilvl w:val="0"/>
          <w:numId w:val="11"/>
        </w:numPr>
        <w:rPr>
          <w:lang w:val="pl-PL"/>
        </w:rPr>
      </w:pPr>
      <w:r w:rsidRPr="00880BF6">
        <w:rPr>
          <w:lang w:val="pl-PL"/>
        </w:rPr>
        <w:t>Nazwa i adres wykonawcy (wystawcy faktury)</w:t>
      </w:r>
    </w:p>
    <w:p w14:paraId="71D9DC27" w14:textId="77777777" w:rsidR="009B34B2" w:rsidRPr="00880BF6" w:rsidRDefault="009D1205" w:rsidP="008B6F00">
      <w:pPr>
        <w:pStyle w:val="Listapunktowana"/>
        <w:numPr>
          <w:ilvl w:val="0"/>
          <w:numId w:val="11"/>
        </w:numPr>
        <w:rPr>
          <w:lang w:val="pl-PL"/>
        </w:rPr>
      </w:pPr>
      <w:r w:rsidRPr="00880BF6">
        <w:rPr>
          <w:lang w:val="pl-PL"/>
        </w:rPr>
        <w:t>Data wykonania usługi</w:t>
      </w:r>
      <w:r w:rsidR="00051696" w:rsidRPr="00880BF6">
        <w:rPr>
          <w:lang w:val="pl-PL"/>
        </w:rPr>
        <w:t xml:space="preserve"> (publikacji artykułu, wykonania korekty)</w:t>
      </w:r>
    </w:p>
    <w:p w14:paraId="4DDFAA98" w14:textId="77777777" w:rsidR="009B34B2" w:rsidRPr="00880BF6" w:rsidRDefault="009D1205" w:rsidP="008B6F00">
      <w:pPr>
        <w:pStyle w:val="Listapunktowana"/>
        <w:numPr>
          <w:ilvl w:val="0"/>
          <w:numId w:val="11"/>
        </w:numPr>
        <w:rPr>
          <w:lang w:val="pl-PL"/>
        </w:rPr>
      </w:pPr>
      <w:r w:rsidRPr="00880BF6">
        <w:rPr>
          <w:lang w:val="pl-PL"/>
        </w:rPr>
        <w:t>Forma płatności: przedpłata / po wykonaniu / zwrot kosztów</w:t>
      </w:r>
    </w:p>
    <w:p w14:paraId="18A06EC0" w14:textId="77777777" w:rsidR="009B34B2" w:rsidRPr="00880BF6" w:rsidRDefault="00051696" w:rsidP="008B6F00">
      <w:pPr>
        <w:pStyle w:val="Listapunktowana"/>
        <w:numPr>
          <w:ilvl w:val="0"/>
          <w:numId w:val="11"/>
        </w:numPr>
        <w:rPr>
          <w:lang w:val="pl-PL"/>
        </w:rPr>
      </w:pPr>
      <w:r w:rsidRPr="00880BF6">
        <w:rPr>
          <w:lang w:val="pl-PL"/>
        </w:rPr>
        <w:t>Kwota; waluta, w której ma być wykonana płatność;</w:t>
      </w:r>
      <w:r w:rsidR="009D1205" w:rsidRPr="00880BF6">
        <w:rPr>
          <w:lang w:val="pl-PL"/>
        </w:rPr>
        <w:t xml:space="preserve"> przeliczenie wg aktualnego kursu NBP</w:t>
      </w:r>
    </w:p>
    <w:p w14:paraId="5DC573F2" w14:textId="7572C688" w:rsidR="009B34B2" w:rsidRPr="00880BF6" w:rsidRDefault="009D1205" w:rsidP="008B6F00">
      <w:pPr>
        <w:pStyle w:val="Listapunktowana"/>
        <w:numPr>
          <w:ilvl w:val="0"/>
          <w:numId w:val="11"/>
        </w:numPr>
        <w:rPr>
          <w:lang w:val="pl-PL"/>
        </w:rPr>
      </w:pPr>
      <w:r w:rsidRPr="00880BF6">
        <w:rPr>
          <w:lang w:val="pl-PL"/>
        </w:rPr>
        <w:t>VAT (naliczany: 23%)</w:t>
      </w:r>
    </w:p>
    <w:p w14:paraId="1D9CB037" w14:textId="77777777" w:rsidR="000A58E1" w:rsidRPr="00880BF6" w:rsidRDefault="000A58E1" w:rsidP="000A58E1">
      <w:pPr>
        <w:pStyle w:val="Listapunktowana"/>
        <w:numPr>
          <w:ilvl w:val="0"/>
          <w:numId w:val="11"/>
        </w:numPr>
        <w:rPr>
          <w:lang w:val="pl-PL"/>
        </w:rPr>
      </w:pPr>
      <w:r w:rsidRPr="00880BF6">
        <w:rPr>
          <w:lang w:val="pl-PL"/>
        </w:rPr>
        <w:t>Dane do CRU</w:t>
      </w:r>
    </w:p>
    <w:p w14:paraId="04459DCD" w14:textId="1D8DB7B6" w:rsidR="000A58E1" w:rsidRPr="00880BF6" w:rsidRDefault="000A58E1" w:rsidP="000A58E1">
      <w:pPr>
        <w:pStyle w:val="Listapunktowana"/>
        <w:numPr>
          <w:ilvl w:val="0"/>
          <w:numId w:val="17"/>
        </w:numPr>
        <w:rPr>
          <w:lang w:val="pl-PL"/>
        </w:rPr>
      </w:pPr>
      <w:r w:rsidRPr="00880BF6">
        <w:rPr>
          <w:lang w:val="pl-PL"/>
        </w:rPr>
        <w:t>Czy umowa [zamówienie] wymaga przesłania do CRU? [TAK/NIE]</w:t>
      </w:r>
    </w:p>
    <w:p w14:paraId="7DC37E63" w14:textId="557C531F" w:rsidR="000A58E1" w:rsidRPr="00880BF6" w:rsidRDefault="00D17E56" w:rsidP="000A58E1">
      <w:pPr>
        <w:pStyle w:val="Listapunktowana"/>
        <w:numPr>
          <w:ilvl w:val="0"/>
          <w:numId w:val="17"/>
        </w:numPr>
        <w:rPr>
          <w:lang w:val="pl-PL"/>
        </w:rPr>
      </w:pPr>
      <w:r>
        <w:rPr>
          <w:lang w:val="pl-PL"/>
        </w:rPr>
        <w:lastRenderedPageBreak/>
        <w:t>Finansowanie</w:t>
      </w:r>
      <w:r w:rsidR="000A58E1" w:rsidRPr="00880BF6">
        <w:rPr>
          <w:lang w:val="pl-PL"/>
        </w:rPr>
        <w:t xml:space="preserve"> ze źródeł zagranicznych zgodnie z art. 5 ust. 1 pkt 2 i 3 </w:t>
      </w:r>
      <w:proofErr w:type="spellStart"/>
      <w:r w:rsidR="000A58E1" w:rsidRPr="00880BF6">
        <w:rPr>
          <w:lang w:val="pl-PL"/>
        </w:rPr>
        <w:t>uofp</w:t>
      </w:r>
      <w:proofErr w:type="spellEnd"/>
      <w:r w:rsidR="000A58E1" w:rsidRPr="00880BF6">
        <w:rPr>
          <w:lang w:val="pl-PL"/>
        </w:rPr>
        <w:t xml:space="preserve"> [TAK/NIE] </w:t>
      </w:r>
    </w:p>
    <w:p w14:paraId="2897E4E4" w14:textId="571A204A" w:rsidR="000A58E1" w:rsidRPr="00880BF6" w:rsidRDefault="000A58E1" w:rsidP="000A58E1">
      <w:pPr>
        <w:pStyle w:val="Listapunktowana"/>
        <w:numPr>
          <w:ilvl w:val="0"/>
          <w:numId w:val="17"/>
        </w:numPr>
        <w:rPr>
          <w:lang w:val="pl-PL"/>
        </w:rPr>
      </w:pPr>
      <w:r w:rsidRPr="00880BF6">
        <w:rPr>
          <w:lang w:val="pl-PL"/>
        </w:rPr>
        <w:t>Wyłączenie jawności informacji o dostawcy [TAK/NIE]</w:t>
      </w:r>
    </w:p>
    <w:p w14:paraId="13FE8E95" w14:textId="5C1BED23" w:rsidR="000A58E1" w:rsidRPr="00880BF6" w:rsidRDefault="000A58E1" w:rsidP="000A58E1">
      <w:pPr>
        <w:pStyle w:val="Listapunktowana"/>
        <w:numPr>
          <w:ilvl w:val="0"/>
          <w:numId w:val="17"/>
        </w:numPr>
        <w:rPr>
          <w:lang w:val="pl-PL"/>
        </w:rPr>
      </w:pPr>
      <w:r w:rsidRPr="00880BF6">
        <w:rPr>
          <w:lang w:val="pl-PL"/>
        </w:rPr>
        <w:t>Wyłączenie jawności informacji o przedmiocie umowy [TAK/NIE]</w:t>
      </w:r>
    </w:p>
    <w:p w14:paraId="6CD06DCE" w14:textId="6B080E4E" w:rsidR="000A58E1" w:rsidRPr="00880BF6" w:rsidRDefault="000A58E1" w:rsidP="000A58E1">
      <w:pPr>
        <w:pStyle w:val="Listapunktowana"/>
        <w:numPr>
          <w:ilvl w:val="0"/>
          <w:numId w:val="17"/>
        </w:numPr>
        <w:rPr>
          <w:lang w:val="pl-PL"/>
        </w:rPr>
      </w:pPr>
      <w:r w:rsidRPr="00880BF6">
        <w:rPr>
          <w:lang w:val="pl-PL"/>
        </w:rPr>
        <w:t>Wyłączenie jawności informacji o wartość umowy [TAK/NIE]</w:t>
      </w:r>
    </w:p>
    <w:p w14:paraId="7AFDED97" w14:textId="77777777" w:rsidR="009B34B2" w:rsidRPr="00880BF6" w:rsidRDefault="009D1205">
      <w:pPr>
        <w:rPr>
          <w:lang w:val="pl-PL"/>
        </w:rPr>
      </w:pPr>
      <w:r w:rsidRPr="00880BF6">
        <w:rPr>
          <w:lang w:val="pl-PL"/>
        </w:rPr>
        <w:t>2. Upewnij się, że:</w:t>
      </w:r>
    </w:p>
    <w:p w14:paraId="7A90C285" w14:textId="77777777" w:rsidR="009B34B2" w:rsidRPr="00880BF6" w:rsidRDefault="009D1205" w:rsidP="008B6F00">
      <w:pPr>
        <w:pStyle w:val="Listapunktowana"/>
        <w:numPr>
          <w:ilvl w:val="0"/>
          <w:numId w:val="11"/>
        </w:numPr>
        <w:rPr>
          <w:lang w:val="pl-PL"/>
        </w:rPr>
      </w:pPr>
      <w:r w:rsidRPr="00880BF6">
        <w:rPr>
          <w:lang w:val="pl-PL"/>
        </w:rPr>
        <w:t xml:space="preserve">Wniosek </w:t>
      </w:r>
      <w:r w:rsidR="00051696" w:rsidRPr="00880BF6">
        <w:rPr>
          <w:lang w:val="pl-PL"/>
        </w:rPr>
        <w:t xml:space="preserve">w SAP </w:t>
      </w:r>
      <w:r w:rsidRPr="00880BF6">
        <w:rPr>
          <w:lang w:val="pl-PL"/>
        </w:rPr>
        <w:t>będzie składany w PLN</w:t>
      </w:r>
    </w:p>
    <w:p w14:paraId="1E837482" w14:textId="77777777" w:rsidR="00051696" w:rsidRPr="00880BF6" w:rsidRDefault="00051696" w:rsidP="008B6F00">
      <w:pPr>
        <w:pStyle w:val="Listapunktowana"/>
        <w:numPr>
          <w:ilvl w:val="0"/>
          <w:numId w:val="11"/>
        </w:numPr>
        <w:rPr>
          <w:lang w:val="pl-PL"/>
        </w:rPr>
      </w:pPr>
      <w:r w:rsidRPr="00880BF6">
        <w:rPr>
          <w:lang w:val="pl-PL"/>
        </w:rPr>
        <w:t>zastosowana zostanie właściwą grupa materiałowa</w:t>
      </w:r>
      <w:r w:rsidR="009D1205" w:rsidRPr="00880BF6">
        <w:rPr>
          <w:lang w:val="pl-PL"/>
        </w:rPr>
        <w:t xml:space="preserve">: </w:t>
      </w:r>
    </w:p>
    <w:p w14:paraId="3419735F" w14:textId="77777777" w:rsidR="00051696" w:rsidRPr="00880BF6" w:rsidRDefault="00051696" w:rsidP="00051696">
      <w:pPr>
        <w:pStyle w:val="Listapunktowana"/>
        <w:numPr>
          <w:ilvl w:val="0"/>
          <w:numId w:val="0"/>
        </w:numPr>
        <w:rPr>
          <w:lang w:val="pl-PL"/>
        </w:rPr>
      </w:pPr>
      <w:r w:rsidRPr="00880BF6">
        <w:rPr>
          <w:lang w:val="pl-PL"/>
        </w:rPr>
        <w:t>Publikacje: U51000009</w:t>
      </w:r>
      <w:r w:rsidR="009D1205" w:rsidRPr="00880BF6">
        <w:rPr>
          <w:lang w:val="pl-PL"/>
        </w:rPr>
        <w:t xml:space="preserve"> </w:t>
      </w:r>
    </w:p>
    <w:p w14:paraId="4F6BDCAD" w14:textId="77777777" w:rsidR="009B34B2" w:rsidRPr="00880BF6" w:rsidRDefault="009D1205" w:rsidP="00051696">
      <w:pPr>
        <w:pStyle w:val="Listapunktowana"/>
        <w:numPr>
          <w:ilvl w:val="0"/>
          <w:numId w:val="0"/>
        </w:numPr>
        <w:rPr>
          <w:lang w:val="pl-PL"/>
        </w:rPr>
      </w:pPr>
      <w:r w:rsidRPr="00880BF6">
        <w:rPr>
          <w:lang w:val="pl-PL"/>
        </w:rPr>
        <w:t>Korekty: U51002000</w:t>
      </w:r>
    </w:p>
    <w:p w14:paraId="77FDB887" w14:textId="77777777" w:rsidR="009B34B2" w:rsidRPr="00880BF6" w:rsidRDefault="009D1205">
      <w:pPr>
        <w:pStyle w:val="Nagwek2"/>
        <w:rPr>
          <w:lang w:val="pl-PL"/>
        </w:rPr>
      </w:pPr>
      <w:r w:rsidRPr="00880BF6">
        <w:rPr>
          <w:lang w:val="pl-PL"/>
        </w:rPr>
        <w:t>WYPEŁNIANIE WNIOSKU W SYSTEMIE SAP:</w:t>
      </w:r>
    </w:p>
    <w:p w14:paraId="5B9D1185" w14:textId="77777777" w:rsidR="00051696" w:rsidRPr="00880BF6" w:rsidRDefault="009D1205">
      <w:pPr>
        <w:rPr>
          <w:lang w:val="pl-PL"/>
        </w:rPr>
      </w:pPr>
      <w:r w:rsidRPr="00880BF6">
        <w:rPr>
          <w:lang w:val="pl-PL"/>
        </w:rPr>
        <w:t>3. Wybierz grupę materiałową:</w:t>
      </w:r>
    </w:p>
    <w:p w14:paraId="33B60C89" w14:textId="77777777" w:rsidR="00051696" w:rsidRPr="00880BF6" w:rsidRDefault="009D1205">
      <w:pPr>
        <w:rPr>
          <w:lang w:val="pl-PL"/>
        </w:rPr>
      </w:pPr>
      <w:r w:rsidRPr="00880BF6">
        <w:rPr>
          <w:lang w:val="pl-PL"/>
        </w:rPr>
        <w:t>U51000009 Publikacja artykułu</w:t>
      </w:r>
      <w:r w:rsidR="00051696" w:rsidRPr="00880BF6">
        <w:rPr>
          <w:lang w:val="pl-PL"/>
        </w:rPr>
        <w:t xml:space="preserve"> w czasopiśmie specjalistycznym</w:t>
      </w:r>
      <w:r w:rsidRPr="00880BF6">
        <w:rPr>
          <w:lang w:val="pl-PL"/>
        </w:rPr>
        <w:t xml:space="preserve"> </w:t>
      </w:r>
    </w:p>
    <w:p w14:paraId="6A0BA8DA" w14:textId="77777777" w:rsidR="009B34B2" w:rsidRPr="00880BF6" w:rsidRDefault="009D1205">
      <w:pPr>
        <w:rPr>
          <w:lang w:val="pl-PL"/>
        </w:rPr>
      </w:pPr>
      <w:r w:rsidRPr="00880BF6">
        <w:rPr>
          <w:lang w:val="pl-PL"/>
        </w:rPr>
        <w:t>U51002000 Korekta językowa</w:t>
      </w:r>
    </w:p>
    <w:p w14:paraId="5C599F2A" w14:textId="77777777" w:rsidR="009B34B2" w:rsidRPr="00880BF6" w:rsidRDefault="009D1205">
      <w:pPr>
        <w:rPr>
          <w:lang w:val="pl-PL"/>
        </w:rPr>
      </w:pPr>
      <w:r w:rsidRPr="00880BF6">
        <w:rPr>
          <w:lang w:val="pl-PL"/>
        </w:rPr>
        <w:t>4. Wprowadź kwotę w PLN (po przeliczeniu wg kursu NBP i z VAT 23%).</w:t>
      </w:r>
    </w:p>
    <w:p w14:paraId="753C04A4" w14:textId="77777777" w:rsidR="009B34B2" w:rsidRPr="00880BF6" w:rsidRDefault="009D1205">
      <w:pPr>
        <w:rPr>
          <w:lang w:val="pl-PL"/>
        </w:rPr>
      </w:pPr>
      <w:r w:rsidRPr="00880BF6">
        <w:rPr>
          <w:lang w:val="pl-PL"/>
        </w:rPr>
        <w:t>5. Pozycja D – wybór typu dekretacji zgodnie ze źródłem finansowania.</w:t>
      </w:r>
    </w:p>
    <w:p w14:paraId="1A8B077C" w14:textId="77777777" w:rsidR="009B34B2" w:rsidRPr="00880BF6" w:rsidRDefault="009D1205">
      <w:pPr>
        <w:rPr>
          <w:lang w:val="pl-PL"/>
        </w:rPr>
      </w:pPr>
      <w:r w:rsidRPr="00880BF6">
        <w:rPr>
          <w:lang w:val="pl-PL"/>
        </w:rPr>
        <w:t>6. Zakładka Dane klienta:</w:t>
      </w:r>
    </w:p>
    <w:p w14:paraId="62AAD5EB" w14:textId="77777777" w:rsidR="009B34B2" w:rsidRPr="00880BF6" w:rsidRDefault="009D1205" w:rsidP="008B6F00">
      <w:pPr>
        <w:pStyle w:val="Listapunktowana"/>
        <w:numPr>
          <w:ilvl w:val="0"/>
          <w:numId w:val="11"/>
        </w:numPr>
        <w:rPr>
          <w:lang w:val="pl-PL"/>
        </w:rPr>
      </w:pPr>
      <w:r w:rsidRPr="00880BF6">
        <w:rPr>
          <w:lang w:val="pl-PL"/>
        </w:rPr>
        <w:t>CPV 79970000-4 /15 usługi publikacji</w:t>
      </w:r>
    </w:p>
    <w:p w14:paraId="4EDD8936" w14:textId="77777777" w:rsidR="009B34B2" w:rsidRPr="00880BF6" w:rsidRDefault="009D1205" w:rsidP="008B6F00">
      <w:pPr>
        <w:pStyle w:val="Listapunktowana"/>
        <w:numPr>
          <w:ilvl w:val="0"/>
          <w:numId w:val="11"/>
        </w:numPr>
        <w:rPr>
          <w:lang w:val="pl-PL"/>
        </w:rPr>
      </w:pPr>
      <w:r w:rsidRPr="00880BF6">
        <w:rPr>
          <w:lang w:val="pl-PL"/>
        </w:rPr>
        <w:t>Cel zakupu: 1 badawcze</w:t>
      </w:r>
      <w:r w:rsidR="00DA5BBF" w:rsidRPr="00880BF6">
        <w:rPr>
          <w:lang w:val="pl-PL"/>
        </w:rPr>
        <w:t>/ 0 inne</w:t>
      </w:r>
    </w:p>
    <w:p w14:paraId="23E5CB97" w14:textId="77777777" w:rsidR="009B34B2" w:rsidRPr="00880BF6" w:rsidRDefault="009D1205" w:rsidP="008B6F00">
      <w:pPr>
        <w:pStyle w:val="Listapunktowana"/>
        <w:numPr>
          <w:ilvl w:val="0"/>
          <w:numId w:val="11"/>
        </w:numPr>
        <w:rPr>
          <w:lang w:val="pl-PL"/>
        </w:rPr>
      </w:pPr>
      <w:r w:rsidRPr="00880BF6">
        <w:rPr>
          <w:lang w:val="pl-PL"/>
        </w:rPr>
        <w:t>Podpisy: zgodnie z obiektem kontrolingowym</w:t>
      </w:r>
    </w:p>
    <w:p w14:paraId="41C013B5" w14:textId="36EF8FF2" w:rsidR="009B34B2" w:rsidRPr="00880BF6" w:rsidRDefault="009D1205">
      <w:pPr>
        <w:rPr>
          <w:lang w:val="pl-PL"/>
        </w:rPr>
      </w:pPr>
      <w:r w:rsidRPr="00880BF6">
        <w:rPr>
          <w:lang w:val="pl-PL"/>
        </w:rPr>
        <w:t>7. Zakładka Dekretacja – wpisz obiekt kontrolingowy wsk</w:t>
      </w:r>
      <w:r w:rsidR="00051696" w:rsidRPr="00880BF6">
        <w:rPr>
          <w:lang w:val="pl-PL"/>
        </w:rPr>
        <w:t>azany przez Dziekana/Kierownika/se</w:t>
      </w:r>
      <w:r w:rsidR="00DA5BBF" w:rsidRPr="00880BF6">
        <w:rPr>
          <w:lang w:val="pl-PL"/>
        </w:rPr>
        <w:t>kreta</w:t>
      </w:r>
      <w:r w:rsidR="008C1533" w:rsidRPr="00880BF6">
        <w:rPr>
          <w:lang w:val="pl-PL"/>
        </w:rPr>
        <w:t>r</w:t>
      </w:r>
      <w:r w:rsidR="00DA5BBF" w:rsidRPr="00880BF6">
        <w:rPr>
          <w:lang w:val="pl-PL"/>
        </w:rPr>
        <w:t>iat</w:t>
      </w:r>
      <w:r w:rsidR="00051696" w:rsidRPr="00880BF6">
        <w:rPr>
          <w:lang w:val="pl-PL"/>
        </w:rPr>
        <w:t xml:space="preserve"> instytutu</w:t>
      </w:r>
    </w:p>
    <w:p w14:paraId="00C0D4E9" w14:textId="77777777" w:rsidR="009B34B2" w:rsidRPr="00880BF6" w:rsidRDefault="009D1205">
      <w:pPr>
        <w:rPr>
          <w:lang w:val="pl-PL"/>
        </w:rPr>
      </w:pPr>
      <w:r w:rsidRPr="00880BF6">
        <w:rPr>
          <w:lang w:val="pl-PL"/>
        </w:rPr>
        <w:t>8. Zakładka Wycena – zaznacz jako cena brutto.</w:t>
      </w:r>
    </w:p>
    <w:p w14:paraId="00B48D12" w14:textId="77777777" w:rsidR="009B34B2" w:rsidRPr="00880BF6" w:rsidRDefault="009D1205">
      <w:pPr>
        <w:rPr>
          <w:lang w:val="pl-PL"/>
        </w:rPr>
      </w:pPr>
      <w:r w:rsidRPr="00880BF6">
        <w:rPr>
          <w:lang w:val="pl-PL"/>
        </w:rPr>
        <w:t>9. Zakładka Teksty – wprowadź:</w:t>
      </w:r>
    </w:p>
    <w:p w14:paraId="29949547" w14:textId="77777777" w:rsidR="009B34B2" w:rsidRPr="00880BF6" w:rsidRDefault="009D1205" w:rsidP="008B6F00">
      <w:pPr>
        <w:pStyle w:val="Listapunktowana"/>
        <w:numPr>
          <w:ilvl w:val="0"/>
          <w:numId w:val="11"/>
        </w:numPr>
        <w:rPr>
          <w:lang w:val="pl-PL"/>
        </w:rPr>
      </w:pPr>
      <w:r w:rsidRPr="00880BF6">
        <w:rPr>
          <w:lang w:val="pl-PL"/>
        </w:rPr>
        <w:t>Opis usługi (tytuł, autor, czasopismo, ISSN, punktacja, dyscyplina naukowa).</w:t>
      </w:r>
      <w:r w:rsidR="00DA5BBF" w:rsidRPr="00880BF6">
        <w:rPr>
          <w:lang w:val="pl-PL"/>
        </w:rPr>
        <w:t xml:space="preserve"> </w:t>
      </w:r>
      <w:r w:rsidRPr="00880BF6">
        <w:rPr>
          <w:lang w:val="pl-PL"/>
        </w:rPr>
        <w:t xml:space="preserve">Jeśli czasopismo nie jest punktowane – dołącz zgodę </w:t>
      </w:r>
      <w:r w:rsidR="00DA5BBF" w:rsidRPr="00880BF6">
        <w:rPr>
          <w:lang w:val="pl-PL"/>
        </w:rPr>
        <w:t xml:space="preserve">dysponenta środków na rozliczenie usługi </w:t>
      </w:r>
      <w:r w:rsidR="00EA5DEF" w:rsidRPr="00880BF6">
        <w:rPr>
          <w:lang w:val="pl-PL"/>
        </w:rPr>
        <w:t>w PDF</w:t>
      </w:r>
      <w:r w:rsidRPr="00880BF6">
        <w:rPr>
          <w:lang w:val="pl-PL"/>
        </w:rPr>
        <w:t>.</w:t>
      </w:r>
    </w:p>
    <w:p w14:paraId="442F8A70" w14:textId="77777777" w:rsidR="009B34B2" w:rsidRPr="00880BF6" w:rsidRDefault="009D1205" w:rsidP="008B6F00">
      <w:pPr>
        <w:pStyle w:val="Listapunktowana"/>
        <w:numPr>
          <w:ilvl w:val="0"/>
          <w:numId w:val="11"/>
        </w:numPr>
        <w:rPr>
          <w:lang w:val="pl-PL"/>
        </w:rPr>
      </w:pPr>
      <w:r w:rsidRPr="00880BF6">
        <w:rPr>
          <w:lang w:val="pl-PL"/>
        </w:rPr>
        <w:t>Proponowany wykonawca (nazwa i adres).</w:t>
      </w:r>
    </w:p>
    <w:p w14:paraId="6EDEBA5F" w14:textId="77777777" w:rsidR="009B34B2" w:rsidRPr="00880BF6" w:rsidRDefault="009D1205" w:rsidP="008B6F00">
      <w:pPr>
        <w:pStyle w:val="Listapunktowana"/>
        <w:numPr>
          <w:ilvl w:val="0"/>
          <w:numId w:val="11"/>
        </w:numPr>
        <w:rPr>
          <w:lang w:val="pl-PL"/>
        </w:rPr>
      </w:pPr>
      <w:r w:rsidRPr="00880BF6">
        <w:rPr>
          <w:lang w:val="pl-PL"/>
        </w:rPr>
        <w:t>Forma płatności: przedpłata / po wykonaniu / zwrot kosztów.</w:t>
      </w:r>
    </w:p>
    <w:p w14:paraId="7D5CBFB5" w14:textId="562B1BDF" w:rsidR="000A58E1" w:rsidRPr="00880BF6" w:rsidRDefault="009D1205" w:rsidP="000A58E1">
      <w:pPr>
        <w:pStyle w:val="Listapunktowana"/>
        <w:numPr>
          <w:ilvl w:val="0"/>
          <w:numId w:val="11"/>
        </w:numPr>
        <w:rPr>
          <w:lang w:val="pl-PL"/>
        </w:rPr>
      </w:pPr>
      <w:r w:rsidRPr="00880BF6">
        <w:rPr>
          <w:lang w:val="pl-PL"/>
        </w:rPr>
        <w:t>W przypadku zwrotu kosztów: dołącz potwierdzenie płatności oraz podaj dane osoby do zwrotu (imię, nazwisko, numer pracownika).</w:t>
      </w:r>
    </w:p>
    <w:p w14:paraId="4ED9174C" w14:textId="3A315FCA" w:rsidR="000A58E1" w:rsidRPr="00880BF6" w:rsidRDefault="000A58E1" w:rsidP="000A58E1">
      <w:pPr>
        <w:pStyle w:val="Listapunktowana"/>
        <w:numPr>
          <w:ilvl w:val="0"/>
          <w:numId w:val="11"/>
        </w:numPr>
        <w:rPr>
          <w:lang w:val="pl-PL"/>
        </w:rPr>
      </w:pPr>
      <w:r w:rsidRPr="00880BF6">
        <w:rPr>
          <w:lang w:val="pl-PL"/>
        </w:rPr>
        <w:t xml:space="preserve">Informacje </w:t>
      </w:r>
      <w:proofErr w:type="spellStart"/>
      <w:r w:rsidRPr="00880BF6">
        <w:rPr>
          <w:lang w:val="pl-PL"/>
        </w:rPr>
        <w:t>dot</w:t>
      </w:r>
      <w:proofErr w:type="spellEnd"/>
      <w:r w:rsidRPr="00880BF6">
        <w:rPr>
          <w:lang w:val="pl-PL"/>
        </w:rPr>
        <w:t>, CRU (</w:t>
      </w:r>
      <w:proofErr w:type="spellStart"/>
      <w:r w:rsidRPr="00880BF6">
        <w:rPr>
          <w:lang w:val="pl-PL"/>
        </w:rPr>
        <w:t>ppkt</w:t>
      </w:r>
      <w:proofErr w:type="spellEnd"/>
      <w:r w:rsidRPr="00880BF6">
        <w:rPr>
          <w:lang w:val="pl-PL"/>
        </w:rPr>
        <w:t xml:space="preserve"> a-e)</w:t>
      </w:r>
    </w:p>
    <w:p w14:paraId="3F4709C0" w14:textId="77777777" w:rsidR="009B34B2" w:rsidRPr="00880BF6" w:rsidRDefault="009D1205" w:rsidP="008B6F00">
      <w:pPr>
        <w:pStyle w:val="Listapunktowana"/>
        <w:numPr>
          <w:ilvl w:val="0"/>
          <w:numId w:val="11"/>
        </w:numPr>
        <w:rPr>
          <w:lang w:val="pl-PL"/>
        </w:rPr>
      </w:pPr>
      <w:r w:rsidRPr="00880BF6">
        <w:rPr>
          <w:lang w:val="pl-PL"/>
        </w:rPr>
        <w:t>Datę wykonania usługi.</w:t>
      </w:r>
    </w:p>
    <w:p w14:paraId="234DE1E5" w14:textId="77777777" w:rsidR="009B34B2" w:rsidRPr="00880BF6" w:rsidRDefault="009D1205">
      <w:pPr>
        <w:pStyle w:val="Nagwek2"/>
        <w:rPr>
          <w:lang w:val="pl-PL"/>
        </w:rPr>
      </w:pPr>
      <w:r w:rsidRPr="00880BF6">
        <w:rPr>
          <w:lang w:val="pl-PL"/>
        </w:rPr>
        <w:lastRenderedPageBreak/>
        <w:t>SKŁADANIE WNIOSKU:</w:t>
      </w:r>
    </w:p>
    <w:p w14:paraId="7DDFCB2E" w14:textId="6118F7BC" w:rsidR="009B34B2" w:rsidRPr="00880BF6" w:rsidRDefault="009D1205">
      <w:pPr>
        <w:rPr>
          <w:lang w:val="pl-PL"/>
        </w:rPr>
      </w:pPr>
      <w:r w:rsidRPr="00880BF6">
        <w:rPr>
          <w:lang w:val="pl-PL"/>
        </w:rPr>
        <w:t xml:space="preserve">10. </w:t>
      </w:r>
      <w:r w:rsidR="00DA5BBF" w:rsidRPr="00880BF6">
        <w:rPr>
          <w:lang w:val="pl-PL"/>
        </w:rPr>
        <w:t>Przekaż zgłoszenie</w:t>
      </w:r>
      <w:r w:rsidRPr="00880BF6">
        <w:rPr>
          <w:lang w:val="pl-PL"/>
        </w:rPr>
        <w:t xml:space="preserve"> zapotrzebowania </w:t>
      </w:r>
      <w:r w:rsidR="00DA5BBF" w:rsidRPr="00880BF6">
        <w:rPr>
          <w:lang w:val="pl-PL"/>
        </w:rPr>
        <w:t xml:space="preserve">do podpisu za pośrednictwem </w:t>
      </w:r>
      <w:proofErr w:type="spellStart"/>
      <w:r w:rsidR="00880BF6" w:rsidRPr="00880BF6">
        <w:rPr>
          <w:lang w:val="pl-PL"/>
        </w:rPr>
        <w:t>Autenti</w:t>
      </w:r>
      <w:proofErr w:type="spellEnd"/>
      <w:r w:rsidR="00DA5BBF" w:rsidRPr="00880BF6">
        <w:rPr>
          <w:lang w:val="pl-PL"/>
        </w:rPr>
        <w:t>.</w:t>
      </w:r>
    </w:p>
    <w:p w14:paraId="0D829E5F" w14:textId="77777777" w:rsidR="009B34B2" w:rsidRPr="00880BF6" w:rsidRDefault="009D1205">
      <w:pPr>
        <w:rPr>
          <w:lang w:val="pl-PL"/>
        </w:rPr>
      </w:pPr>
      <w:r w:rsidRPr="00880BF6">
        <w:rPr>
          <w:lang w:val="pl-PL"/>
        </w:rPr>
        <w:t xml:space="preserve">11. Złóż dokumenty </w:t>
      </w:r>
      <w:r w:rsidRPr="00880BF6">
        <w:rPr>
          <w:u w:val="single"/>
          <w:lang w:val="pl-PL"/>
        </w:rPr>
        <w:t>minimum</w:t>
      </w:r>
      <w:r w:rsidRPr="00880BF6">
        <w:rPr>
          <w:lang w:val="pl-PL"/>
        </w:rPr>
        <w:t xml:space="preserve"> 21 dni przed wymaganym terminem płatności.</w:t>
      </w:r>
    </w:p>
    <w:p w14:paraId="67026353" w14:textId="77777777" w:rsidR="00EA5DEF" w:rsidRPr="00880BF6" w:rsidRDefault="009D1205">
      <w:pPr>
        <w:rPr>
          <w:lang w:val="pl-PL"/>
        </w:rPr>
      </w:pPr>
      <w:r w:rsidRPr="00880BF6">
        <w:rPr>
          <w:lang w:val="pl-PL"/>
        </w:rPr>
        <w:t>12. Wniosek musi zawierać wszystkie wymagane podpisy i załączniki.</w:t>
      </w:r>
      <w:r w:rsidR="00EA5DEF" w:rsidRPr="00880BF6">
        <w:rPr>
          <w:lang w:val="pl-PL"/>
        </w:rPr>
        <w:t xml:space="preserve"> </w:t>
      </w:r>
    </w:p>
    <w:p w14:paraId="61A9458F" w14:textId="77777777" w:rsidR="009B34B2" w:rsidRPr="00880BF6" w:rsidRDefault="00DA5BBF">
      <w:pPr>
        <w:pStyle w:val="Nagwek2"/>
        <w:rPr>
          <w:lang w:val="pl-PL"/>
        </w:rPr>
      </w:pPr>
      <w:r w:rsidRPr="00880BF6">
        <w:rPr>
          <w:lang w:val="pl-PL"/>
        </w:rPr>
        <w:t>JEŚLI USŁUGA ZOSTAŁA WYKONANA Z POMINIĘCIEM REALIZATORA</w:t>
      </w:r>
    </w:p>
    <w:p w14:paraId="35DE7A0F" w14:textId="77777777" w:rsidR="009B34B2" w:rsidRPr="00880BF6" w:rsidRDefault="009D1205">
      <w:pPr>
        <w:rPr>
          <w:lang w:val="pl-PL"/>
        </w:rPr>
      </w:pPr>
      <w:r w:rsidRPr="00880BF6">
        <w:rPr>
          <w:lang w:val="pl-PL"/>
        </w:rPr>
        <w:t xml:space="preserve">13. </w:t>
      </w:r>
      <w:r w:rsidR="00DA5BBF" w:rsidRPr="00880BF6">
        <w:rPr>
          <w:lang w:val="pl-PL"/>
        </w:rPr>
        <w:t>Niezwłocznie przygotuj wniosek SAP.</w:t>
      </w:r>
    </w:p>
    <w:p w14:paraId="32FD55A3" w14:textId="77777777" w:rsidR="00DA5BBF" w:rsidRPr="00880BF6" w:rsidRDefault="00DA5BBF">
      <w:pPr>
        <w:rPr>
          <w:lang w:val="pl-PL"/>
        </w:rPr>
      </w:pPr>
      <w:r w:rsidRPr="00880BF6">
        <w:rPr>
          <w:lang w:val="pl-PL"/>
        </w:rPr>
        <w:t>14. Przygotuj i przekaż do siedziby realizatora</w:t>
      </w:r>
    </w:p>
    <w:p w14:paraId="3BCB0CEE" w14:textId="77777777" w:rsidR="009B34B2" w:rsidRPr="00880BF6" w:rsidRDefault="009D1205" w:rsidP="008B6F00">
      <w:pPr>
        <w:pStyle w:val="Listapunktowana"/>
        <w:numPr>
          <w:ilvl w:val="0"/>
          <w:numId w:val="11"/>
        </w:numPr>
        <w:rPr>
          <w:lang w:val="pl-PL"/>
        </w:rPr>
      </w:pPr>
      <w:r w:rsidRPr="00880BF6">
        <w:rPr>
          <w:lang w:val="pl-PL"/>
        </w:rPr>
        <w:t>Fakturę/rachunek</w:t>
      </w:r>
    </w:p>
    <w:p w14:paraId="77BBE192" w14:textId="77777777" w:rsidR="009B34B2" w:rsidRPr="00880BF6" w:rsidRDefault="009D1205" w:rsidP="008B6F00">
      <w:pPr>
        <w:pStyle w:val="Listapunktowana"/>
        <w:numPr>
          <w:ilvl w:val="0"/>
          <w:numId w:val="11"/>
        </w:numPr>
        <w:rPr>
          <w:lang w:val="pl-PL"/>
        </w:rPr>
      </w:pPr>
      <w:r w:rsidRPr="00880BF6">
        <w:rPr>
          <w:lang w:val="pl-PL"/>
        </w:rPr>
        <w:t>Potwierdzenie płatności</w:t>
      </w:r>
      <w:r w:rsidR="00DA5BBF" w:rsidRPr="00880BF6">
        <w:rPr>
          <w:lang w:val="pl-PL"/>
        </w:rPr>
        <w:t xml:space="preserve"> (jeśli faktura została już opłacona)</w:t>
      </w:r>
    </w:p>
    <w:p w14:paraId="7DC99971" w14:textId="77777777" w:rsidR="009B34B2" w:rsidRPr="00880BF6" w:rsidRDefault="009D1205" w:rsidP="008B6F00">
      <w:pPr>
        <w:pStyle w:val="Listapunktowana"/>
        <w:numPr>
          <w:ilvl w:val="0"/>
          <w:numId w:val="11"/>
        </w:numPr>
        <w:rPr>
          <w:lang w:val="pl-PL"/>
        </w:rPr>
      </w:pPr>
      <w:r w:rsidRPr="00880BF6">
        <w:rPr>
          <w:lang w:val="pl-PL"/>
        </w:rPr>
        <w:t>Pismo z prośbą o zgodę na zwrot do Z-</w:t>
      </w:r>
      <w:proofErr w:type="spellStart"/>
      <w:r w:rsidRPr="00880BF6">
        <w:rPr>
          <w:lang w:val="pl-PL"/>
        </w:rPr>
        <w:t>cy</w:t>
      </w:r>
      <w:proofErr w:type="spellEnd"/>
      <w:r w:rsidRPr="00880BF6">
        <w:rPr>
          <w:lang w:val="pl-PL"/>
        </w:rPr>
        <w:t xml:space="preserve"> Kanclerza + wyjaśnienie sytuacji</w:t>
      </w:r>
    </w:p>
    <w:p w14:paraId="3A108A8C" w14:textId="77777777" w:rsidR="009B34B2" w:rsidRPr="00880BF6" w:rsidRDefault="009D1205">
      <w:pPr>
        <w:pStyle w:val="Nagwek2"/>
        <w:rPr>
          <w:lang w:val="pl-PL"/>
        </w:rPr>
      </w:pPr>
      <w:r w:rsidRPr="00880BF6">
        <w:rPr>
          <w:lang w:val="pl-PL"/>
        </w:rPr>
        <w:t>DODATKOWO:</w:t>
      </w:r>
    </w:p>
    <w:p w14:paraId="279FF880" w14:textId="77777777" w:rsidR="009B34B2" w:rsidRPr="00880BF6" w:rsidRDefault="009D1205">
      <w:pPr>
        <w:rPr>
          <w:lang w:val="pl-PL"/>
        </w:rPr>
      </w:pPr>
      <w:r w:rsidRPr="00880BF6">
        <w:rPr>
          <w:lang w:val="pl-PL"/>
        </w:rPr>
        <w:t>- Faktura musi być wystawiona na:</w:t>
      </w:r>
    </w:p>
    <w:p w14:paraId="3F0CFF99" w14:textId="77777777" w:rsidR="009B34B2" w:rsidRPr="00880BF6" w:rsidRDefault="009D1205">
      <w:pPr>
        <w:rPr>
          <w:b/>
          <w:lang w:val="pl-PL"/>
        </w:rPr>
      </w:pPr>
      <w:r w:rsidRPr="00880BF6">
        <w:rPr>
          <w:b/>
          <w:lang w:val="pl-PL"/>
        </w:rPr>
        <w:t xml:space="preserve">  Uniwersytet Śląski</w:t>
      </w:r>
      <w:r w:rsidRPr="00880BF6">
        <w:rPr>
          <w:b/>
          <w:lang w:val="pl-PL"/>
        </w:rPr>
        <w:br/>
        <w:t xml:space="preserve">  ul. Bankowa 12</w:t>
      </w:r>
      <w:r w:rsidRPr="00880BF6">
        <w:rPr>
          <w:b/>
          <w:lang w:val="pl-PL"/>
        </w:rPr>
        <w:br/>
        <w:t xml:space="preserve">  40-007 Katowice</w:t>
      </w:r>
      <w:r w:rsidRPr="00880BF6">
        <w:rPr>
          <w:b/>
          <w:lang w:val="pl-PL"/>
        </w:rPr>
        <w:br/>
        <w:t xml:space="preserve">  NIP: PL 634-019-71-34</w:t>
      </w:r>
    </w:p>
    <w:p w14:paraId="70B653CA" w14:textId="77777777" w:rsidR="00EA5DEF" w:rsidRPr="00880BF6" w:rsidRDefault="00EA5DEF">
      <w:pPr>
        <w:rPr>
          <w:lang w:val="pl-PL"/>
        </w:rPr>
      </w:pPr>
    </w:p>
    <w:p w14:paraId="1DB969F7" w14:textId="11039996" w:rsidR="00EA5DEF" w:rsidRPr="00880BF6" w:rsidRDefault="00EA5DEF" w:rsidP="00EA5DEF">
      <w:pPr>
        <w:jc w:val="center"/>
        <w:rPr>
          <w:u w:val="single"/>
          <w:lang w:val="pl-PL"/>
        </w:rPr>
      </w:pPr>
      <w:r w:rsidRPr="00880BF6">
        <w:rPr>
          <w:u w:val="single"/>
          <w:lang w:val="pl-PL"/>
        </w:rPr>
        <w:t xml:space="preserve">Terminowość realizacji wniosku gwarantuje </w:t>
      </w:r>
      <w:r w:rsidR="00D17E56">
        <w:rPr>
          <w:u w:val="single"/>
          <w:lang w:val="pl-PL"/>
        </w:rPr>
        <w:t>wyłącznie jego złożenie</w:t>
      </w:r>
      <w:r w:rsidRPr="00880BF6">
        <w:rPr>
          <w:u w:val="single"/>
          <w:lang w:val="pl-PL"/>
        </w:rPr>
        <w:t xml:space="preserve"> zgodnie z</w:t>
      </w:r>
      <w:r w:rsidR="00880BF6" w:rsidRPr="00880BF6">
        <w:rPr>
          <w:u w:val="single"/>
          <w:lang w:val="pl-PL"/>
        </w:rPr>
        <w:t xml:space="preserve"> n</w:t>
      </w:r>
      <w:r w:rsidRPr="00880BF6">
        <w:rPr>
          <w:u w:val="single"/>
          <w:lang w:val="pl-PL"/>
        </w:rPr>
        <w:t>inie</w:t>
      </w:r>
      <w:r w:rsidR="00880BF6">
        <w:rPr>
          <w:u w:val="single"/>
          <w:lang w:val="pl-PL"/>
        </w:rPr>
        <w:t>j</w:t>
      </w:r>
      <w:r w:rsidRPr="00880BF6">
        <w:rPr>
          <w:u w:val="single"/>
          <w:lang w:val="pl-PL"/>
        </w:rPr>
        <w:t>szą instrukcją</w:t>
      </w:r>
      <w:r w:rsidR="00880BF6" w:rsidRPr="00880BF6">
        <w:rPr>
          <w:u w:val="single"/>
          <w:lang w:val="pl-PL"/>
        </w:rPr>
        <w:t>.</w:t>
      </w:r>
    </w:p>
    <w:sectPr w:rsidR="00EA5DEF" w:rsidRPr="00880BF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F7FAD81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3A524F"/>
    <w:multiLevelType w:val="hybridMultilevel"/>
    <w:tmpl w:val="BAE8ED6E"/>
    <w:lvl w:ilvl="0" w:tplc="AB90614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812EF8"/>
    <w:multiLevelType w:val="hybridMultilevel"/>
    <w:tmpl w:val="168AE9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4C305B"/>
    <w:multiLevelType w:val="hybridMultilevel"/>
    <w:tmpl w:val="BF9A11C2"/>
    <w:lvl w:ilvl="0" w:tplc="AB90614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4D32BE"/>
    <w:multiLevelType w:val="hybridMultilevel"/>
    <w:tmpl w:val="56C64870"/>
    <w:lvl w:ilvl="0" w:tplc="94FCEE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10504A"/>
    <w:multiLevelType w:val="hybridMultilevel"/>
    <w:tmpl w:val="FC828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868FF"/>
    <w:multiLevelType w:val="hybridMultilevel"/>
    <w:tmpl w:val="89085E96"/>
    <w:lvl w:ilvl="0" w:tplc="AB90614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C21AE5"/>
    <w:multiLevelType w:val="hybridMultilevel"/>
    <w:tmpl w:val="7492A842"/>
    <w:lvl w:ilvl="0" w:tplc="AB90614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5698C"/>
    <w:multiLevelType w:val="hybridMultilevel"/>
    <w:tmpl w:val="BB40FB00"/>
    <w:lvl w:ilvl="0" w:tplc="AB90614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5"/>
  </w:num>
  <w:num w:numId="12">
    <w:abstractNumId w:val="14"/>
  </w:num>
  <w:num w:numId="13">
    <w:abstractNumId w:val="9"/>
  </w:num>
  <w:num w:numId="14">
    <w:abstractNumId w:val="11"/>
  </w:num>
  <w:num w:numId="15">
    <w:abstractNumId w:val="16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1696"/>
    <w:rsid w:val="0006063C"/>
    <w:rsid w:val="000A58E1"/>
    <w:rsid w:val="001139B6"/>
    <w:rsid w:val="0015074B"/>
    <w:rsid w:val="002118EC"/>
    <w:rsid w:val="0029319D"/>
    <w:rsid w:val="0029639D"/>
    <w:rsid w:val="002C1821"/>
    <w:rsid w:val="003014B2"/>
    <w:rsid w:val="00326F90"/>
    <w:rsid w:val="00880BF6"/>
    <w:rsid w:val="0088369B"/>
    <w:rsid w:val="008B6F00"/>
    <w:rsid w:val="008C1533"/>
    <w:rsid w:val="008F5FB9"/>
    <w:rsid w:val="009608DE"/>
    <w:rsid w:val="009B34B2"/>
    <w:rsid w:val="009D1205"/>
    <w:rsid w:val="00AA1D8D"/>
    <w:rsid w:val="00B47730"/>
    <w:rsid w:val="00CB0664"/>
    <w:rsid w:val="00CC51E0"/>
    <w:rsid w:val="00D17E56"/>
    <w:rsid w:val="00D86E0C"/>
    <w:rsid w:val="00DA5BBF"/>
    <w:rsid w:val="00DB54A0"/>
    <w:rsid w:val="00DF2C43"/>
    <w:rsid w:val="00EA5DE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47B3B"/>
  <w14:defaultImageDpi w14:val="300"/>
  <w15:docId w15:val="{6F2234B1-D2D1-4088-A345-8C2382E8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919028A62ED54096DAE2795EE1DA84" ma:contentTypeVersion="19" ma:contentTypeDescription="Create a new document." ma:contentTypeScope="" ma:versionID="7313a056e88906b9bf760174207d2ea0">
  <xsd:schema xmlns:xsd="http://www.w3.org/2001/XMLSchema" xmlns:xs="http://www.w3.org/2001/XMLSchema" xmlns:p="http://schemas.microsoft.com/office/2006/metadata/properties" xmlns:ns3="51fe4f1d-17cb-4e63-ae30-5bd0e2915032" xmlns:ns4="60a62acb-2eeb-40b7-b3d2-078f416f507e" targetNamespace="http://schemas.microsoft.com/office/2006/metadata/properties" ma:root="true" ma:fieldsID="8f0d4f8f17c706bf13fe465d322d3cb4" ns3:_="" ns4:_="">
    <xsd:import namespace="51fe4f1d-17cb-4e63-ae30-5bd0e2915032"/>
    <xsd:import namespace="60a62acb-2eeb-40b7-b3d2-078f416f50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fe4f1d-17cb-4e63-ae30-5bd0e2915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62acb-2eeb-40b7-b3d2-078f416f50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fe4f1d-17cb-4e63-ae30-5bd0e291503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8CF66E-A8D9-444C-9523-B6CD369EFD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fe4f1d-17cb-4e63-ae30-5bd0e2915032"/>
    <ds:schemaRef ds:uri="60a62acb-2eeb-40b7-b3d2-078f416f5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61C512-8BD8-4D4C-A87C-8BEA53B3716B}">
  <ds:schemaRefs>
    <ds:schemaRef ds:uri="http://schemas.microsoft.com/office/2006/metadata/properties"/>
    <ds:schemaRef ds:uri="http://schemas.microsoft.com/office/infopath/2007/PartnerControls"/>
    <ds:schemaRef ds:uri="51fe4f1d-17cb-4e63-ae30-5bd0e2915032"/>
  </ds:schemaRefs>
</ds:datastoreItem>
</file>

<file path=customXml/itemProps3.xml><?xml version="1.0" encoding="utf-8"?>
<ds:datastoreItem xmlns:ds="http://schemas.openxmlformats.org/officeDocument/2006/customXml" ds:itemID="{F03B1C2C-E76B-40FA-8621-C351BF7FC7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8498F0-2687-4C43-B211-CDC2BD03C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3450</Characters>
  <Application>Microsoft Office Word</Application>
  <DocSecurity>0</DocSecurity>
  <Lines>28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4016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Marta Zentkowska</cp:lastModifiedBy>
  <cp:revision>2</cp:revision>
  <dcterms:created xsi:type="dcterms:W3CDTF">2026-08-04T07:06:00Z</dcterms:created>
  <dcterms:modified xsi:type="dcterms:W3CDTF">2026-08-04T07:06:00Z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0x01010002919028A62ED54096DAE2795EE1DA84</vt:lpwstr>
  </property>
  <property fmtid="{D5CDD505-2E9C-101B-9397-08002B2CF9AE}" pid="3" name="GrammarlyDocumentId">
    <vt:lpwstr>4062b0b3-be0e-4f2c-9702-1d31b073a0a7</vt:lpwstr>
  </property>
</Properties>
</file>